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אהבות – מיתוס אקו ונרקיס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המיתוס והסיפור האטיולוגי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ספרותיים בסיפור אקו ונרקיס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משמעות האהבה דרך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עם אלים וגיבורים שמביע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 שמסביר מקור תופעה בטבע או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נימפה שקוללה לחזור רק על מילים 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התאהב בבבואתו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נרקיס (שם הפרח)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גופה דעך ונשאר רק קולה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קוללה לחזור רק על המילים האחרונות ששמעה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לב העלילה במיתוס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המיתוס מסביר את המילים הד ונרקיס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מסביר מקור מילים בשפה ותופעת ההד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דחה אותה ולכן היא נשארה בודדה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מילים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(תופעה קולית שנקראת על שם אקו)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(פרח שנקרא על שם הדמות במיתוס)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(אהבה עצמית מופרזת)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(סיפור עתיק עם אלים וערכים תרבותיים)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(סיפור שמסביר מקור תופעה בטבע או בשפה)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בבואה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אקו מקוללת ויכולה רק לחזור על מילים 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אקו מתאהבת בנרקיס אך אינה יכולה להביע זאת במילים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נרקיס דוחה את אקו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נרקיס רואה את בבואתו במים ומתאהב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נרקיס נשאר ליד המים עד מותו והופך לפרח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שמתייחסת לכך שאהבה יכולה לפגוע, לשנות או לסנוור, בהתבסס על גורל אקו ונרקיס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שמתייחס לאהבה כמרוממת/מכאיבה/מסנוורת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אמיתית ומחשבתית, לא חובה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בזוגות, בדומה למבנה העבודה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לחלק הראשון בלבד ולהקריא את ההוראות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למתקדמים אפשר להרחיב את חלק הכתיבה לתשובה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אהבות – מיתוס אקו ונרקיס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סיפור עתיק על אקו ונרקיס. הסיפור מדבר על אהבה. בדף הזה נתרגל את הסיפור ואת המילים החדשות שלמדנו.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עתיק עם אלים וגיבורים שמביע ערכים ואמונות של 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אטיולוגי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שמסביר מאיפה הגיעה תופעה בטבע או מילה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ביערות ובמים במיתולוגיה, לרוב אישה צעירה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שתי דמויות או יותר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שמצפים לו לבין מה שקורה בפועל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גדול יותר מעצמו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של קול, מילה בעברית שמקורה בשם אקו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נרקיסיזם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אהבה עצמית מופרזת, מילה שמקורה בשם נרקיס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עתיק עם אלים וגיבורים שמביע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סיפור אטיולוגי?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שמסביר מקור תופעה בטבע או בשפה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על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ללא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זו 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נימפה שקוללה לחזור רק על מילים אחרונות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 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נרקיס נשאר ליד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ידע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התאהב בבבואתו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חיפש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חיכה לאקו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בעברית קשורה לנרקיס?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נרקיס (שם הפרח)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לאקו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הפכה למלכה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גופה דעך ונשאר רק קולה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התחתנה עם 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עזבה את היער בשמחה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יכלה לפתוח שיחה במילים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התאהב בבבואתו במים.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המיתוס מסביר מניין הגיעה המילה 'אירוניה'.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אקו ונרקיס הוא דוגמה לסיפור אטיולוגי.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השיב אהבה לאקו.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מילים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פרח שנקרא על שם הדמות במיתוס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שמסביר מקור תופעה בטבע או בשפה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נרקיסיזם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עתיק עם אלים וערכים תרבותיים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מיתוס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תופעה קולית שנקראת על שם אקו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אטיולוגי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אהבה עצמית מופרזת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אקו הייתה __________ שקוללה לחזור רק על מילים אחרונות.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נרקיס התאהב ב__________ שלו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'__________' בעברית מקורה בשמה של אקו.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בעבודת הזוגות התלמידים חיפשו אמצעי ספרותי כמו דיאלוג, אירוניה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רואה את בבואתו במים ומתאהב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דוחה את אקו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מקוללת ויכולה רק לחזור על מילים אחרונות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נשאר ליד המים עד מותו והופך לפרח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מתאהבת בנרקיס אך אינה יכולה להביע זאת במילים 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המיתוס מלמד לדעתכם על אהבה?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מה המיתוס מלמד על אהבה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העברית שמקורה בשם אקו?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שנשארה לכם פתוחה על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אהבות – מיתוס אקו ונרקיס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