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ספרות לכיתה ט׳ – מסע ביצירות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אהבות – מיתוס אקו ונרקיס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מושגי המיתוס והסיפור האטיולוגי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אמצעים ספרותיים בסיפור אקו ונרקיס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לחשוב על משמעות האהבה דרך המיתוס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המיתוס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סיפור עתיק עם אלים וגיבורים שמביע ערכים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סיפור שמסביר מקור תופעה בטבע או בשפה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נימפה שקוללה לחזור רק על מילים אחרונות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היא קוללה לחזור רק על המילים האחרונות ששמעה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זהו לב העלילה במיתוס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המיתוס מסביר את המילים הד ונרקיס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התאמה: מילים וביטויים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(תופעה קולית שנקראת על שם אקו)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(פרח שנקרא על שם הדמות במיתוס)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(אהבה עצמית מופרזת)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(סיפור עתיק עם אלים וערכים תרבותיים)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נימפה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בבואה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מהלך העלילה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אקו מקוללת ויכולה רק לחזור על מילים אחרונות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אקו מתאהבת בנרקיס אך אינה יכולה להביע זאת במילים משלה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נרקיס דוחה את אקו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נרקיס רואה את בבואתו במים ומתאהב 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ופרשנות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שמתייחסת לכך שאהבה יכולה לפגוע, לשנות או לסנוור, בהתבסס על גורל אקו ונרקיס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משפט שמתייחס לאהבה כמרוממת/מכאיבה/מסנוורת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 הנכונה: הד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שאלה אמיתית ומחשבתית, לא חובה תשובה 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הדף בזוגות, בדומה למבנה העבודה בשיעור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 חנ״מ מומלץ לקצר לחלק הראשון בלבד ולהקריא את ההוראות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למתקדמים אפשר להרחיב את חלק הכתיבה לתשובה בנוסח בגרות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ספרות לכיתה ט׳ – מסע ביצירות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אהבות – מיתוס אקו ונרקיס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בשיעור קראנו את המיתוס 'אקו ונרקיס' ועסקנו בשאלה מה אהבה עושה לאדם. בדף זה נתרגל את תוכן המיתוס, את המושגים שלמדנו ואת האמצעים הספרותיים שבו.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נימפה  ·  בבואה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המיתוס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מהו מיתוס?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סיפור עיתונות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סיפור עתיק עם אלים וגיבורים שמביע ערכים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שיר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מהו סיפור אטיולוגי?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סיפור שמסביר מקור תופעה בטבע או בשפה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סיפור מצחיק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סיפור על חיות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מי הייתה אקו?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אלה חזקה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נימפה שקוללה לחזור רק על מילים אחרונות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אמא של נרקיס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אקו יכלה לפתוח שיחה במילים משלה.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נרקיס התאהב בבבואתו במים.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המיתוס מסביר מניין הגיעה המילה 'אירוניה'.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התאמה: מילים וביטויים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הד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סיפור עתיק עם אלים וערכים תרבותיים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נרקיס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תופעה קולית שנקראת על שם אקו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נרקיסיזם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פרח שנקרא על שם הדמות במיתוס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מיתוס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אהבה עצמית מופרזת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אקו הייתה __________ שקוללה לחזור רק על מילים אחרונות.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נרקיס התאהב ב__________ שלו במים.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מהלך העלילה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אקו מתאהבת בנרקיס אך אינה יכולה להביע זאת במילים משלה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נרקיס רואה את בבואתו במים ומתאהב בה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אקו מקוללת ויכולה רק לחזור על מילים אחרונות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נרקיס דוחה את אקו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ופרשנות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המיתוס מלמד לדעתכם על אהבה?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משפט אחד שמסכם מה המיתוס מלמד על אהבה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מהי המילה העברית שמקורה בשם אקו?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אהבות – מיתוס אקו ונרקיס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